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06640" cy="958506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ony_Bio_Dark_Layout_Test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06640" cy="958506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288" w:right="288" w:bottom="288" w:left="2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